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center"/>
      </w:pPr>
      <w:r>
        <w:rPr>
          <w:b/>
          <w:sz w:val="20"/>
        </w:rPr>
        <w:t>PRÁCE S FILMEM</w:t>
      </w:r>
    </w:p>
    <w:p>
      <w:pPr>
        <w:spacing w:after="20"/>
        <w:jc w:val="center"/>
      </w:pPr>
      <w:r>
        <w:rPr>
          <w:b/>
          <w:sz w:val="44"/>
        </w:rPr>
        <w:t>CHICA CHECA</w:t>
      </w:r>
    </w:p>
    <w:p>
      <w:pPr>
        <w:spacing w:after="20"/>
        <w:jc w:val="center"/>
      </w:pPr>
      <w:r>
        <w:rPr>
          <w:b/>
          <w:sz w:val="24"/>
        </w:rPr>
        <w:t>PO ZHLÉDNUTÍ FILMU</w:t>
      </w:r>
    </w:p>
    <w:p>
      <w:pPr>
        <w:spacing w:after="80"/>
        <w:jc w:val="center"/>
      </w:pPr>
      <w:r>
        <w:rPr>
          <w:i/>
        </w:rPr>
        <w:t>Vrať se k filmu a napiš, jak na tebe působil. U většiny úkolů neexistuje jen jedna správná odpověď.</w:t>
      </w:r>
    </w:p>
    <w:p>
      <w:pPr>
        <w:pStyle w:val="Heading1"/>
      </w:pPr>
      <w:r>
        <w:t>1. CO TI ZŮSTALO V HLAVĚ?</w:t>
      </w:r>
    </w:p>
    <w:p>
      <w:r>
        <w:t>Která scéna ti utkvěla nejvíc v paměti?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Proč právě tato scéna?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Film byl pro mě především (můžeš vybrat více možností):</w:t>
      </w:r>
    </w:p>
    <w:p>
      <w:r>
        <w:t>☐ vtipný   ☐ smutný   ☐ dojemný   ☐ překvapivý   ☐ zvláštní   ☐ povzbudivý   ☐ jiný: __________</w:t>
      </w:r>
    </w:p>
    <w:p>
      <w:pPr>
        <w:pStyle w:val="Heading1"/>
      </w:pPr>
      <w:r>
        <w:t>2. TŘI LIDÉ, TŘI ŽIVOTY</w:t>
      </w:r>
    </w:p>
    <w:p>
      <w:r>
        <w:t>Doplň, co během filmu řeší Věra, Zdena a Lukáš.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620"/>
        <w:gridCol w:w="2620"/>
        <w:gridCol w:w="2620"/>
        <w:gridCol w:w="2620"/>
      </w:tblGrid>
      <w:tr>
        <w:tc>
          <w:tcPr>
            <w:tcW w:type="dxa" w:w="2620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Postava</w:t>
            </w:r>
          </w:p>
        </w:tc>
        <w:tc>
          <w:tcPr>
            <w:tcW w:type="dxa" w:w="2620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Co právě řeší?</w:t>
            </w:r>
          </w:p>
        </w:tc>
        <w:tc>
          <w:tcPr>
            <w:tcW w:type="dxa" w:w="2620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Co podle tebe potřebuje?</w:t>
            </w:r>
          </w:p>
        </w:tc>
        <w:tc>
          <w:tcPr>
            <w:tcW w:type="dxa" w:w="2620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Co se u ní/něj během filmu změní?</w:t>
            </w:r>
          </w:p>
        </w:tc>
      </w:tr>
      <w:tr>
        <w:trPr>
          <w:cantSplit/>
        </w:trPr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>
            <w:r>
              <w:t>Věra</w:t>
            </w:r>
          </w:p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</w:tr>
      <w:tr>
        <w:trPr>
          <w:cantSplit/>
        </w:trPr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>
            <w:r>
              <w:t>Zdena</w:t>
            </w:r>
          </w:p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</w:tr>
      <w:tr>
        <w:trPr>
          <w:cantSplit/>
        </w:trPr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>
            <w:r>
              <w:t>Lukáš</w:t>
            </w:r>
          </w:p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  <w:tc>
          <w:tcPr>
            <w:tcW w:type="dxa" w:w="2620"/>
            <w:tcMar>
              <w:top w:w="75" w:type="dxa"/>
              <w:start w:w="55" w:type="dxa"/>
              <w:bottom w:w="75" w:type="dxa"/>
              <w:end w:w="55" w:type="dxa"/>
            </w:tcMar>
          </w:tcPr>
          <w:p/>
        </w:tc>
      </w:tr>
    </w:tbl>
    <w:p>
      <w:r>
        <w:t>Která z těchto postav ti byla nejbližší? Proč?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3. VĚŘINO POSLEDNÍ PŘÁNÍ</w:t>
      </w:r>
    </w:p>
    <w:p>
      <w:r>
        <w:t>Věra si přeje před smrtí ještě jednou vidět Helenu Vondráčkovou. Proč je podle tebe toto přání tak důležité?</w:t>
      </w:r>
    </w:p>
    <w:p>
      <w:r>
        <w:t>☐ chce ještě něco hezkého zažít   ☐ připomíná jí její mládí   ☐ je to pro ni důležitá vzpomínka</w:t>
      </w:r>
    </w:p>
    <w:p>
      <w:r>
        <w:t>☐ chce na chvíli zapomenout na nemoc   ☐ jiný důvod: ______________________________</w:t>
      </w:r>
    </w:p>
    <w:p>
      <w:r>
        <w:t>Lukáš ví, že skutečnou Helenu nejspíš přivést nedokáže. Proč se přesto rozhodne babiččino přání splnit?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Co podle tebe Věra během Lukášova vystoupení získala, i když před ní nestála skutečná Helena?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br w:type="page"/>
      </w:r>
    </w:p>
    <w:p>
      <w:pPr>
        <w:pStyle w:val="Heading1"/>
      </w:pPr>
      <w:r>
        <w:t>4. KDYŽ UŽ NEMŮŽEME VYLÉČIT, POŘÁD MŮŽEME POMÁHAT</w:t>
      </w:r>
    </w:p>
    <w:p>
      <w:r>
        <w:t>Před filmem ses zamýšlel/a nad otázkou, zda můžeme pomáhat člověku, kterého už lékaři nedokážou uzdravit.</w:t>
      </w:r>
    </w:p>
    <w:p>
      <w:r>
        <w:t>Změnil film tvůj názor?   ☐ ano   ☐ ne   ☐ trochu</w:t>
      </w:r>
    </w:p>
    <w:p>
      <w:r>
        <w:t>Co podle tebe Věře v posledních dnech života pomáhalo?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482"/>
      </w:tblGrid>
      <w:tr>
        <w:tc>
          <w:tcPr>
            <w:tcW w:type="dxa" w:w="10482"/>
            <w:shd w:fill="EEF4FA"/>
            <w:tcMar>
              <w:top w:w="90" w:type="dxa"/>
              <w:start w:w="100" w:type="dxa"/>
              <w:bottom w:w="90" w:type="dxa"/>
              <w:end w:w="100" w:type="dxa"/>
            </w:tcMar>
          </w:tcPr>
          <w:p>
            <w:r>
              <w:rPr>
                <w:b/>
              </w:rPr>
              <w:t>PALIATIVNÍ PÉČE</w:t>
            </w:r>
            <w:r>
              <w:br/>
              <w:t>Když vážně nemocného člověka už není možné vyléčit, péče o něj nekončí. Paliativní péče pomáhá zmírňovat bolest a další obtíže a snaží se, aby člověk mohl zbývající čas prožít co nejlépe a důstojně. Podporu přitom mohou potřebovat také jeho blízcí.</w:t>
            </w:r>
          </w:p>
        </w:tc>
      </w:tr>
    </w:tbl>
    <w:p>
      <w:r>
        <w:t>Napiš tři způsoby, kterými můžeme člověku na konci života pomoci.</w:t>
      </w:r>
    </w:p>
    <w:p>
      <w:r>
        <w:t>1. .............................................................................................................................</w:t>
      </w:r>
    </w:p>
    <w:p>
      <w:r>
        <w:t>2. .............................................................................................................................</w:t>
      </w:r>
    </w:p>
    <w:p>
      <w:r>
        <w:t>3. .............................................................................................................................</w:t>
      </w:r>
    </w:p>
    <w:p>
      <w:pPr>
        <w:pStyle w:val="Heading1"/>
      </w:pPr>
      <w:r>
        <w:t>5. A CO ZDENA?</w:t>
      </w:r>
    </w:p>
    <w:p>
      <w:r>
        <w:t>Zdeně umírá maminka. Zakroužkuj pocity, které podle tebe může během filmu prožívat.</w:t>
      </w:r>
    </w:p>
    <w:p>
      <w:r>
        <w:rPr>
          <w:b/>
        </w:rPr>
        <w:t>SMUTEK • ÚNAVA • LÁSKA • STRACH • VZTEK • BEZMOC • VINA • ÚLEVA • NĚHA • OSAMĚLOST</w:t>
      </w:r>
    </w:p>
    <w:p>
      <w:r>
        <w:t>Vyber dva pocity, které může Zdena cítit zároveň, a vysvětli proč.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Co podle tebe potřebuje člověk, kterému umírá někdo blízký?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6. LUKÁŠOVO TAJEMSTVÍ</w:t>
      </w:r>
    </w:p>
    <w:p>
      <w:r>
        <w:t>Lukáš před maminkou dlouho skrývá důležité části svého života.</w:t>
      </w:r>
    </w:p>
    <w:p>
      <w:r>
        <w:t>Čeho se podle tebe mohl bát?</w:t>
      </w:r>
    </w:p>
    <w:p>
      <w:r>
        <w:t>☐ odmítnutí   ☐ nepochopení   ☐ hádky   ☐ zklamání maminky   ☐ předsudků   ☐ něčeho jiného: __________</w:t>
      </w:r>
    </w:p>
    <w:p>
      <w:r>
        <w:t>Jak na tebe působila Zdenina reakce, když zjistila, čím se Lukáš živí?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Je podle tebe těžší někoho přijmout, nebo mu říct důležitou pravdu o sobě? Svou odpověď vysvětli.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br w:type="page"/>
      </w:r>
    </w:p>
    <w:p>
      <w:pPr>
        <w:pStyle w:val="Heading1"/>
      </w:pPr>
      <w:r>
        <w:t>7. ZDENA NA ZAČÁTKU × ZDENA NA KONCI</w:t>
      </w:r>
    </w:p>
    <w:p>
      <w:r>
        <w:t>Napiš tři slova nebo krátké věty, které podle tebe vystihují Zdenu na začátku a na konci filmu.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94"/>
        <w:gridCol w:w="3494"/>
        <w:gridCol w:w="3494"/>
      </w:tblGrid>
      <w:tr>
        <w:tc>
          <w:tcPr>
            <w:tcW w:type="dxa" w:w="3494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ZDENA NA ZAČÁTKU</w:t>
            </w:r>
          </w:p>
        </w:tc>
        <w:tc>
          <w:tcPr>
            <w:tcW w:type="dxa" w:w="3494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CO SE BĚHEM FILMU STALO?</w:t>
            </w:r>
          </w:p>
        </w:tc>
        <w:tc>
          <w:tcPr>
            <w:tcW w:type="dxa" w:w="3494"/>
            <w:shd w:fill="E7E7E7"/>
            <w:tcMar>
              <w:top w:w="45" w:type="dxa"/>
              <w:start w:w="60" w:type="dxa"/>
              <w:bottom w:w="45" w:type="dxa"/>
              <w:end w:w="60" w:type="dxa"/>
            </w:tcMar>
          </w:tcPr>
          <w:p>
            <w:r>
              <w:rPr>
                <w:b/>
              </w:rPr>
              <w:t>ZDENA NA KONCI</w:t>
            </w:r>
          </w:p>
        </w:tc>
      </w:tr>
      <w:tr>
        <w:trPr>
          <w:cantSplit/>
        </w:trPr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</w:tr>
      <w:tr>
        <w:trPr>
          <w:cantSplit/>
        </w:trPr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</w:tr>
      <w:tr>
        <w:trPr>
          <w:cantSplit/>
        </w:trPr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  <w:tc>
          <w:tcPr>
            <w:tcW w:type="dxa" w:w="3494"/>
            <w:tcMar>
              <w:top w:w="85" w:type="dxa"/>
              <w:start w:w="55" w:type="dxa"/>
              <w:bottom w:w="85" w:type="dxa"/>
              <w:end w:w="55" w:type="dxa"/>
            </w:tcMar>
          </w:tcPr>
          <w:p/>
        </w:tc>
      </w:tr>
    </w:tbl>
    <w:p>
      <w:r>
        <w:t>Která změna byla podle tebe pro Zdenu nejtěžší? Proč?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pStyle w:val="Heading1"/>
      </w:pPr>
      <w:r>
        <w:t>8. ZPÁTKY K TOBĚ</w:t>
      </w:r>
    </w:p>
    <w:p>
      <w:r>
        <w:t>Před filmem sis napsal/a pět věcí, které bys chtěl/a během života zažít, naučit se nebo dokázat.</w:t>
      </w:r>
    </w:p>
    <w:p>
      <w:r>
        <w:t>Je mezi nimi něco, co bys po filmu chtěl/a opravdu jednou udělat? Co?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r>
        <w:t>Dokonči věty:</w:t>
      </w:r>
    </w:p>
    <w:p>
      <w:r>
        <w:t>Po filmu se na stáří dívám .............................................................................................................</w:t>
      </w:r>
    </w:p>
    <w:p>
      <w:r>
        <w:t>Jedna věc, kterou podle mě můžeme udělat pro své prarodiče nebo starší blízké, je ........................................</w:t>
      </w:r>
    </w:p>
    <w:p>
      <w:r>
        <w:t>Jedna věc, kterou si z filmu CHICA CHECA chci zapamatovat: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p>
      <w:pPr>
        <w:spacing w:after="0"/>
      </w:pPr>
      <w:r>
        <w:t>.................................................................................................................................</w:t>
      </w:r>
    </w:p>
    <w:sectPr w:rsidR="00FC693F" w:rsidRPr="0006063C" w:rsidSect="00034616">
      <w:footerReference w:type="default" r:id="rId9"/>
      <w:pgSz w:w="12240" w:h="15840"/>
      <w:pgMar w:top="709" w:right="879" w:bottom="709" w:left="8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5"/>
      </w:rPr>
      <w:t>Práce s filmem CHICA CHECA • pracovní verze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50"/>
    </w:pPr>
    <w:rPr>
      <w:rFonts w:ascii="Aptos" w:hAnsi="Apto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40"/>
      <w:outlineLvl w:val="0"/>
    </w:pPr>
    <w:rPr>
      <w:rFonts w:asciiTheme="majorHAnsi" w:eastAsiaTheme="majorEastAsia" w:hAnsiTheme="majorHAnsi" w:cstheme="majorBidi" w:ascii="Aptos" w:hAnsi="Aptos"/>
      <w:b/>
      <w:bCs/>
      <w:color w:val="2F5B8E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40"/>
      <w:outlineLvl w:val="1"/>
    </w:pPr>
    <w:rPr>
      <w:rFonts w:asciiTheme="majorHAnsi" w:eastAsiaTheme="majorEastAsia" w:hAnsiTheme="majorHAnsi" w:cstheme="majorBidi" w:ascii="Aptos" w:hAnsi="Aptos"/>
      <w:b/>
      <w:bCs/>
      <w:color w:val="2F5B8E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